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Crypto Optimal Analysis for LONGS</w:t>
      </w:r>
    </w:p>
    <w:p>
      <w:r>
        <w:t>Current time 2021-06-01 15:56:18.592029</w:t>
      </w:r>
    </w:p>
    <w:p>
      <w:pPr>
        <w:pStyle w:val="Heading1"/>
      </w:pPr>
      <w:r>
        <w:t>Buy Signals for</w:t>
      </w:r>
    </w:p>
    <w:p>
      <w:r>
        <w:t xml:space="preserve">Crypto Pairs &gt;- 40M  </w:t>
      </w:r>
    </w:p>
    <w:p>
      <w:r>
        <w:t>0      DOGEUSDT</w:t>
        <w:br/>
        <w:t>1      USDCUSDT</w:t>
        <w:br/>
        <w:t>2      BUSDUSDT</w:t>
        <w:br/>
        <w:t>6       TRXUSDT</w:t>
        <w:br/>
        <w:t>9      SHIBUSDT</w:t>
        <w:br/>
        <w:t>12      XLMUSDT</w:t>
        <w:br/>
        <w:t>19      BTTUSDT</w:t>
        <w:br/>
        <w:t>24      CHZUSDT</w:t>
        <w:br/>
        <w:t>25    TFUELUSDT</w:t>
        <w:br/>
        <w:t>Name: Pair, dtype: object</w:t>
      </w:r>
    </w:p>
    <w:p>
      <w:r>
        <w:t>Group Volume Mean 2,135,416,993,499.0334</w:t>
      </w:r>
    </w:p>
    <w:p>
      <w:r>
        <w:t>Group Volatility Mean 0.07613593188239903</w:t>
      </w:r>
    </w:p>
    <w:p>
      <w:pPr>
        <w:pStyle w:val="Heading1"/>
      </w:pPr>
      <w:r>
        <w:t>TFUELUSDT</w:t>
      </w:r>
    </w:p>
    <w:p>
      <w:r>
        <w:t>Standard Deviation 0.08825123146926599</w:t>
      </w:r>
    </w:p>
    <w:p>
      <w:r>
        <w:t>Volume 88,490,965.5</w:t>
      </w:r>
    </w:p>
    <w:p>
      <w:r>
        <w:t>Fibonacci (Price &lt;= Golden Range) False</w:t>
      </w:r>
    </w:p>
    <w:p>
      <w:r>
        <w:drawing>
          <wp:inline xmlns:a="http://schemas.openxmlformats.org/drawingml/2006/main" xmlns:pic="http://schemas.openxmlformats.org/drawingml/2006/picture">
            <wp:extent cx="6400800" cy="306038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FUELUSDT1dSignals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60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341376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FUELUSDT1dTrend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3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341376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FUELUSDT1dFib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3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Detected Harmonic Pattern BullishButterflybinance-TFUELUSDT-1d.png</w:t>
      </w:r>
    </w:p>
    <w:p>
      <w:r>
        <w:drawing>
          <wp:inline xmlns:a="http://schemas.openxmlformats.org/drawingml/2006/main" xmlns:pic="http://schemas.openxmlformats.org/drawingml/2006/picture">
            <wp:extent cx="6400800" cy="48006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ullishButterflybinance-TFUELUSDT-1d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Detected Harmonic Pattern BearishButterflybinance-TFUELUSDT-1d.png</w:t>
      </w:r>
    </w:p>
    <w:p>
      <w:r>
        <w:drawing>
          <wp:inline xmlns:a="http://schemas.openxmlformats.org/drawingml/2006/main" xmlns:pic="http://schemas.openxmlformats.org/drawingml/2006/picture">
            <wp:extent cx="6400800" cy="48006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earishButterflybinance-TFUELUSDT-1d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Head and Shoulder TFUELUSDT Lookback=1000(uses hourly data)</w:t>
      </w:r>
    </w:p>
    <w:p>
      <w:r>
        <w:drawing>
          <wp:inline xmlns:a="http://schemas.openxmlformats.org/drawingml/2006/main" xmlns:pic="http://schemas.openxmlformats.org/drawingml/2006/picture">
            <wp:extent cx="6400800" cy="48006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ead_shoulder--1000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CANDLE PATTERN DETECTED for TFUELUSDT CDL3OUTSIDE with BEARISH signal at date time: 2021-05-28 20:00:00</w:t>
      </w:r>
    </w:p>
    <w:p>
      <w:r>
        <w:drawing>
          <wp:inline xmlns:a="http://schemas.openxmlformats.org/drawingml/2006/main" xmlns:pic="http://schemas.openxmlformats.org/drawingml/2006/picture">
            <wp:extent cx="6400800" cy="3925824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FUELUSDT_TrendFib_1d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2582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462057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FUELUSDT_1d_180_MovingAvg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20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4620578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FUELUSDT_1d_90_MovingAvg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20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4620578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FUELUSDT_1d_30_MovingAvg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20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</w:pPr>
      <w:r>
        <w:t>USDCUSDT</w:t>
      </w:r>
    </w:p>
    <w:p>
      <w:r>
        <w:t>Standard Deviation 0.0021531228722642326</w:t>
      </w:r>
    </w:p>
    <w:p>
      <w:r>
        <w:t>Volume 104,844,054.09</w:t>
      </w:r>
    </w:p>
    <w:p>
      <w:r>
        <w:t>Fibonacci (Price &lt;= Golden Range) True</w:t>
      </w:r>
    </w:p>
    <w:p>
      <w:r>
        <w:drawing>
          <wp:inline xmlns:a="http://schemas.openxmlformats.org/drawingml/2006/main" xmlns:pic="http://schemas.openxmlformats.org/drawingml/2006/picture">
            <wp:extent cx="6400800" cy="3060382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USDCUSDT1dSignals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60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341376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USDCUSDT1dTrend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3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341376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USDCUSDT1dFib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3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Detected Harmonic Pattern BullishButterflybinance-USDCUSDT-1d.png</w:t>
      </w:r>
    </w:p>
    <w:p>
      <w:r>
        <w:drawing>
          <wp:inline xmlns:a="http://schemas.openxmlformats.org/drawingml/2006/main" xmlns:pic="http://schemas.openxmlformats.org/drawingml/2006/picture">
            <wp:extent cx="6400800" cy="4800600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ullishButterflybinance-USDCUSDT-1d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Detected Harmonic Pattern BearishBatbinance-USDCUSDT-1d.png</w:t>
      </w:r>
    </w:p>
    <w:p>
      <w:r>
        <w:drawing>
          <wp:inline xmlns:a="http://schemas.openxmlformats.org/drawingml/2006/main" xmlns:pic="http://schemas.openxmlformats.org/drawingml/2006/picture">
            <wp:extent cx="6400800" cy="4800600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earishBatbinance-USDCUSDT-1d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CANDLE PATTERN DETECTED for USDCUSDT CDLMARUBOZU with BULLISH signal at date time: 2021-05-30 20:00:00</w:t>
      </w:r>
    </w:p>
    <w:p>
      <w:r>
        <w:t>CANDLE PATTERN DETECTED for USDCUSDT CDL3STARSINSOUTH with BULLISH signal at date time: 2021-05-28 20:00:00</w:t>
      </w:r>
    </w:p>
    <w:p>
      <w:r>
        <w:t>CANDLE PATTERN DETECTED for USDCUSDT CDL3STARSINSOUTH with BULLISH signal at date time: 2021-05-29 20:00:00</w:t>
      </w:r>
    </w:p>
    <w:p>
      <w:r>
        <w:drawing>
          <wp:inline xmlns:a="http://schemas.openxmlformats.org/drawingml/2006/main" xmlns:pic="http://schemas.openxmlformats.org/drawingml/2006/picture">
            <wp:extent cx="6400800" cy="3925824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USDCUSDT_TrendFib_1d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2582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4620578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USDCUSDT_1d_180_MovingAvg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20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4620578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USDCUSDT_1d_90_MovingAvg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20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4620578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USDCUSDT_1d_30_MovingAvg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20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</w:pPr>
      <w:r>
        <w:t>CHZUSDT</w:t>
      </w:r>
    </w:p>
    <w:p>
      <w:r>
        <w:t>Standard Deviation 0.09154529210963279</w:t>
      </w:r>
    </w:p>
    <w:p>
      <w:r>
        <w:t>Volume 181,104,520.3</w:t>
      </w:r>
    </w:p>
    <w:p>
      <w:r>
        <w:t>Fibonacci (Price &lt;= Golden Range) True</w:t>
      </w:r>
    </w:p>
    <w:p>
      <w:r>
        <w:drawing>
          <wp:inline xmlns:a="http://schemas.openxmlformats.org/drawingml/2006/main" xmlns:pic="http://schemas.openxmlformats.org/drawingml/2006/picture">
            <wp:extent cx="6400800" cy="3060382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HZUSDT1dSignals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60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3413760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HZUSDT1dTrend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3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3413760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HZUSDT1dFib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3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Detected Harmonic Pattern BearishBatbinance-CHZUSDT-1d.png</w:t>
      </w:r>
    </w:p>
    <w:p>
      <w:r>
        <w:drawing>
          <wp:inline xmlns:a="http://schemas.openxmlformats.org/drawingml/2006/main" xmlns:pic="http://schemas.openxmlformats.org/drawingml/2006/picture">
            <wp:extent cx="6400800" cy="4800600"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earishBatbinance-CHZUSDT-1d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Head and Shoulder CHZUSDT Lookback=1000(uses hourly data)</w:t>
      </w:r>
    </w:p>
    <w:p>
      <w:r>
        <w:drawing>
          <wp:inline xmlns:a="http://schemas.openxmlformats.org/drawingml/2006/main" xmlns:pic="http://schemas.openxmlformats.org/drawingml/2006/picture">
            <wp:extent cx="6400800" cy="4800600"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ead_shoulder--1000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CANDLE PATTERN DETECTED for CHZUSDT CDLMATCHINGLOW with BULLISH signal at date time: 2021-05-29 20:00:00</w:t>
      </w:r>
    </w:p>
    <w:p>
      <w:r>
        <w:t>CANDLE PATTERN DETECTED for CHZUSDT CDL3STARSINSOUTH with BULLISH signal at date time: 2021-05-29 20:00:00</w:t>
      </w:r>
    </w:p>
    <w:p>
      <w:r>
        <w:drawing>
          <wp:inline xmlns:a="http://schemas.openxmlformats.org/drawingml/2006/main" xmlns:pic="http://schemas.openxmlformats.org/drawingml/2006/picture">
            <wp:extent cx="6400800" cy="3925824"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HZUSDT_TrendFib_1d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2582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4620578"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HZUSDT_1d_180_MovingAvg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20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4620578"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HZUSDT_1d_90_MovingAvg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20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4620578"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HZUSDT_1d_30_MovingAvg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20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</w:pPr>
      <w:r>
        <w:t>XLMUSDT</w:t>
      </w:r>
    </w:p>
    <w:p>
      <w:r>
        <w:t>Standard Deviation 0.06149442191870893</w:t>
      </w:r>
    </w:p>
    <w:p>
      <w:r>
        <w:t>Volume 379,112,794.1</w:t>
      </w:r>
    </w:p>
    <w:p>
      <w:r>
        <w:t>Fibonacci (Price &lt;= Golden Range) True</w:t>
      </w:r>
    </w:p>
    <w:p>
      <w:r>
        <w:drawing>
          <wp:inline xmlns:a="http://schemas.openxmlformats.org/drawingml/2006/main" xmlns:pic="http://schemas.openxmlformats.org/drawingml/2006/picture">
            <wp:extent cx="6400800" cy="3060382"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XLMUSDT1dSignals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60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3413760"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XLMUSDT1dTrend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3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3413760"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XLMUSDT1dFib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3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Detected Harmonic Pattern BullishCrabbinance-XLMUSDT-1d.png</w:t>
      </w:r>
    </w:p>
    <w:p>
      <w:r>
        <w:drawing>
          <wp:inline xmlns:a="http://schemas.openxmlformats.org/drawingml/2006/main" xmlns:pic="http://schemas.openxmlformats.org/drawingml/2006/picture">
            <wp:extent cx="6400800" cy="4800600"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ullishCrabbinance-XLMUSDT-1d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Detected Harmonic Pattern BearishButterflybinance-XLMUSDT-1d.png</w:t>
      </w:r>
    </w:p>
    <w:p>
      <w:r>
        <w:drawing>
          <wp:inline xmlns:a="http://schemas.openxmlformats.org/drawingml/2006/main" xmlns:pic="http://schemas.openxmlformats.org/drawingml/2006/picture">
            <wp:extent cx="6400800" cy="4800600"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earishButterflybinance-XLMUSDT-1d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Head and Shoulder XLMUSDT Lookback=1000(uses hourly data)</w:t>
      </w:r>
    </w:p>
    <w:p>
      <w:r>
        <w:drawing>
          <wp:inline xmlns:a="http://schemas.openxmlformats.org/drawingml/2006/main" xmlns:pic="http://schemas.openxmlformats.org/drawingml/2006/picture">
            <wp:extent cx="6400800" cy="4800600"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ead_shoulder--1000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CANDLE PATTERN DETECTED for XLMUSDT CDL3OUTSIDE with BEARISH signal at date time: 2021-05-21 20:00:00</w:t>
      </w:r>
    </w:p>
    <w:p>
      <w:r>
        <w:t>CANDLE PATTERN DETECTED for XLMUSDT CDL3STARSINSOUTH with BULLISH signal at date time: 2021-05-29 20:00:00</w:t>
      </w:r>
    </w:p>
    <w:p>
      <w:r>
        <w:drawing>
          <wp:inline xmlns:a="http://schemas.openxmlformats.org/drawingml/2006/main" xmlns:pic="http://schemas.openxmlformats.org/drawingml/2006/picture">
            <wp:extent cx="6400800" cy="3925824"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XLMUSDT_TrendFib_1d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2582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4620578"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XLMUSDT_1d_180_MovingAvg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20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4620578"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XLMUSDT_1d_90_MovingAvg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20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4620578"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XLMUSDT_1d_30_MovingAvg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20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</w:pPr>
      <w:r>
        <w:t>TRXUSDT</w:t>
      </w:r>
    </w:p>
    <w:p>
      <w:r>
        <w:t>Standard Deviation 0.06233156795258093</w:t>
      </w:r>
    </w:p>
    <w:p>
      <w:r>
        <w:t>Volume 1,127,036,309.9</w:t>
      </w:r>
    </w:p>
    <w:p>
      <w:r>
        <w:t>Fibonacci (Price &lt;= Golden Range) True</w:t>
      </w:r>
    </w:p>
    <w:p>
      <w:r>
        <w:drawing>
          <wp:inline xmlns:a="http://schemas.openxmlformats.org/drawingml/2006/main" xmlns:pic="http://schemas.openxmlformats.org/drawingml/2006/picture">
            <wp:extent cx="6400800" cy="3060382"/>
            <wp:docPr id="39" name="Picture 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RXUSDT1dSignals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60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3413760"/>
            <wp:docPr id="40" name="Picture 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RXUSDT1dTrend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3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3413760"/>
            <wp:docPr id="41" name="Picture 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RXUSDT1dFib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3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Detected Harmonic Pattern BullishGartleybinance-TRXUSDT-1d.png</w:t>
      </w:r>
    </w:p>
    <w:p>
      <w:r>
        <w:drawing>
          <wp:inline xmlns:a="http://schemas.openxmlformats.org/drawingml/2006/main" xmlns:pic="http://schemas.openxmlformats.org/drawingml/2006/picture">
            <wp:extent cx="6400800" cy="4800600"/>
            <wp:docPr id="42" name="Picture 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ullishGartleybinance-TRXUSDT-1d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Detected Harmonic Pattern BearishButterflybinance-TRXUSDT-1d.png</w:t>
      </w:r>
    </w:p>
    <w:p>
      <w:r>
        <w:drawing>
          <wp:inline xmlns:a="http://schemas.openxmlformats.org/drawingml/2006/main" xmlns:pic="http://schemas.openxmlformats.org/drawingml/2006/picture">
            <wp:extent cx="6400800" cy="4800600"/>
            <wp:docPr id="43" name="Picture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earishButterflybinance-TRXUSDT-1d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Head and Shoulder TRXUSDT Lookback=1000(uses hourly data)</w:t>
      </w:r>
    </w:p>
    <w:p>
      <w:r>
        <w:drawing>
          <wp:inline xmlns:a="http://schemas.openxmlformats.org/drawingml/2006/main" xmlns:pic="http://schemas.openxmlformats.org/drawingml/2006/picture">
            <wp:extent cx="6400800" cy="4800600"/>
            <wp:docPr id="44" name="Picture 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ead_shoulder--1000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CANDLE PATTERN DETECTED for TRXUSDT CDL3OUTSIDE with BULLISH signal at date time: 2021-05-24 20:00:00</w:t>
      </w:r>
    </w:p>
    <w:p>
      <w:r>
        <w:drawing>
          <wp:inline xmlns:a="http://schemas.openxmlformats.org/drawingml/2006/main" xmlns:pic="http://schemas.openxmlformats.org/drawingml/2006/picture">
            <wp:extent cx="6400800" cy="3925824"/>
            <wp:docPr id="45" name="Picture 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RXUSDT_TrendFib_1d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2582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4620578"/>
            <wp:docPr id="46" name="Picture 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RXUSDT_1d_180_MovingAvg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20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4620578"/>
            <wp:docPr id="47" name="Picture 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RXUSDT_1d_90_MovingAvg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20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4620578"/>
            <wp:docPr id="48" name="Picture 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RXUSDT_1d_30_MovingAvg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20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</w:pPr>
      <w:r>
        <w:t>BUSDUSDT</w:t>
      </w:r>
    </w:p>
    <w:p>
      <w:r>
        <w:t>Standard Deviation 0.0009550476091344944</w:t>
      </w:r>
    </w:p>
    <w:p>
      <w:r>
        <w:t>Volume 1,295,434,727.31</w:t>
      </w:r>
    </w:p>
    <w:p>
      <w:r>
        <w:t>Fibonacci (Price &lt;= Golden Range) False</w:t>
      </w:r>
    </w:p>
    <w:p>
      <w:r>
        <w:drawing>
          <wp:inline xmlns:a="http://schemas.openxmlformats.org/drawingml/2006/main" xmlns:pic="http://schemas.openxmlformats.org/drawingml/2006/picture">
            <wp:extent cx="6400800" cy="3060382"/>
            <wp:docPr id="49" name="Picture 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USDUSDT1dSignals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60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3413760"/>
            <wp:docPr id="50" name="Picture 5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USDUSDT1dTrend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3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3413760"/>
            <wp:docPr id="51" name="Picture 5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USDUSDT1dFib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3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Detected Harmonic Pattern BullishButterflybinance-BUSDUSDT-1d.png</w:t>
      </w:r>
    </w:p>
    <w:p>
      <w:r>
        <w:drawing>
          <wp:inline xmlns:a="http://schemas.openxmlformats.org/drawingml/2006/main" xmlns:pic="http://schemas.openxmlformats.org/drawingml/2006/picture">
            <wp:extent cx="6400800" cy="4800600"/>
            <wp:docPr id="52" name="Picture 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ullishButterflybinance-BUSDUSDT-1d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Head and Shoulder BUSDUSDT Lookback=1000(uses hourly data)</w:t>
      </w:r>
    </w:p>
    <w:p>
      <w:r>
        <w:drawing>
          <wp:inline xmlns:a="http://schemas.openxmlformats.org/drawingml/2006/main" xmlns:pic="http://schemas.openxmlformats.org/drawingml/2006/picture">
            <wp:extent cx="6400800" cy="4800600"/>
            <wp:docPr id="53" name="Picture 5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ead_shoulder--1000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3925824"/>
            <wp:docPr id="54" name="Picture 5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USDUSDT_TrendFib_1d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2582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4620578"/>
            <wp:docPr id="5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USDUSDT_1d_180_MovingAvg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20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4620578"/>
            <wp:docPr id="56" name="Picture 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USDUSDT_1d_90_MovingAvg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20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4620578"/>
            <wp:docPr id="57" name="Picture 5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USDUSDT_1d_30_MovingAvg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20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</w:pPr>
      <w:r>
        <w:t>DOGEUSDT</w:t>
      </w:r>
    </w:p>
    <w:p>
      <w:r>
        <w:t>Standard Deviation 0.08048162389459868</w:t>
      </w:r>
    </w:p>
    <w:p>
      <w:r>
        <w:t>Volume 2,505,858,554.1</w:t>
      </w:r>
    </w:p>
    <w:p>
      <w:r>
        <w:t>Fibonacci (Price &lt;= Golden Range) True</w:t>
      </w:r>
    </w:p>
    <w:p>
      <w:r>
        <w:drawing>
          <wp:inline xmlns:a="http://schemas.openxmlformats.org/drawingml/2006/main" xmlns:pic="http://schemas.openxmlformats.org/drawingml/2006/picture">
            <wp:extent cx="6400800" cy="3060382"/>
            <wp:docPr id="58" name="Picture 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OGEUSDT1dSignals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60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3413760"/>
            <wp:docPr id="59" name="Picture 5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OGEUSDT1dTrend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3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3413760"/>
            <wp:docPr id="60" name="Picture 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OGEUSDT1dFib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3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Detected Harmonic Pattern BearishBatbinance-DOGEUSDT-1d.png</w:t>
      </w:r>
    </w:p>
    <w:p>
      <w:r>
        <w:drawing>
          <wp:inline xmlns:a="http://schemas.openxmlformats.org/drawingml/2006/main" xmlns:pic="http://schemas.openxmlformats.org/drawingml/2006/picture">
            <wp:extent cx="6400800" cy="4800600"/>
            <wp:docPr id="61" name="Picture 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earishBatbinance-DOGEUSDT-1d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Head and Shoulder DOGEUSDT Lookback=1000(uses hourly data)</w:t>
      </w:r>
    </w:p>
    <w:p>
      <w:r>
        <w:drawing>
          <wp:inline xmlns:a="http://schemas.openxmlformats.org/drawingml/2006/main" xmlns:pic="http://schemas.openxmlformats.org/drawingml/2006/picture">
            <wp:extent cx="6400800" cy="4800600"/>
            <wp:docPr id="62" name="Picture 6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ead_shoulder--1000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CANDLE PATTERN DETECTED for DOGEUSDT CDL3OUTSIDE with BEARISH signal at date time: 2021-05-27 20:00:00</w:t>
      </w:r>
    </w:p>
    <w:p>
      <w:r>
        <w:t>CANDLE PATTERN DETECTED for DOGEUSDT CDLMATCHINGLOW with BULLISH signal at date time: 2021-05-29 20:00:00</w:t>
      </w:r>
    </w:p>
    <w:p>
      <w:r>
        <w:t>CANDLE PATTERN DETECTED for DOGEUSDT CDL3STARSINSOUTH with BULLISH signal at date time: 2021-05-29 20:00:00</w:t>
      </w:r>
    </w:p>
    <w:p>
      <w:r>
        <w:drawing>
          <wp:inline xmlns:a="http://schemas.openxmlformats.org/drawingml/2006/main" xmlns:pic="http://schemas.openxmlformats.org/drawingml/2006/picture">
            <wp:extent cx="6400800" cy="3925824"/>
            <wp:docPr id="63" name="Picture 6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OGEUSDT_TrendFib_1d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2582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4620578"/>
            <wp:docPr id="64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OGEUSDT_1d_180_MovingAvg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20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4620578"/>
            <wp:docPr id="65" name="Picture 6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OGEUSDT_1d_90_MovingAvg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20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4620578"/>
            <wp:docPr id="66" name="Picture 6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OGEUSDT_1d_30_MovingAvg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20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</w:pPr>
      <w:r>
        <w:t>BTTUSDT</w:t>
      </w:r>
    </w:p>
    <w:p>
      <w:r>
        <w:t>Standard Deviation 0.07031255521423509</w:t>
      </w:r>
    </w:p>
    <w:p>
      <w:r>
        <w:t>Volume 8,404,957,910.0</w:t>
      </w:r>
    </w:p>
    <w:p>
      <w:r>
        <w:t>Fibonacci (Price &lt;= Golden Range) True</w:t>
      </w:r>
    </w:p>
    <w:p>
      <w:r>
        <w:drawing>
          <wp:inline xmlns:a="http://schemas.openxmlformats.org/drawingml/2006/main" xmlns:pic="http://schemas.openxmlformats.org/drawingml/2006/picture">
            <wp:extent cx="6400800" cy="3060382"/>
            <wp:docPr id="67" name="Picture 6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TTUSDT1dSignals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60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3413760"/>
            <wp:docPr id="68" name="Picture 6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TTUSDT1dTrend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3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3413760"/>
            <wp:docPr id="69" name="Picture 6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TTUSDT1dFib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3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Detected Harmonic Pattern BullishCrabbinance-BTTUSDT-1d.png</w:t>
      </w:r>
    </w:p>
    <w:p>
      <w:r>
        <w:drawing>
          <wp:inline xmlns:a="http://schemas.openxmlformats.org/drawingml/2006/main" xmlns:pic="http://schemas.openxmlformats.org/drawingml/2006/picture">
            <wp:extent cx="6400800" cy="4800600"/>
            <wp:docPr id="70" name="Picture 7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ullishCrabbinance-BTTUSDT-1d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Head and Shoulder BTTUSDT Lookback=1000(uses hourly data)</w:t>
      </w:r>
    </w:p>
    <w:p>
      <w:r>
        <w:drawing>
          <wp:inline xmlns:a="http://schemas.openxmlformats.org/drawingml/2006/main" xmlns:pic="http://schemas.openxmlformats.org/drawingml/2006/picture">
            <wp:extent cx="6400800" cy="4800600"/>
            <wp:docPr id="71" name="Picture 7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ead_shoulder--1000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CANDLE PATTERN DETECTED for BTTUSDT CDL3OUTSIDE with BULLISH signal at date time: 2021-05-24 20:00:00</w:t>
      </w:r>
    </w:p>
    <w:p>
      <w:r>
        <w:drawing>
          <wp:inline xmlns:a="http://schemas.openxmlformats.org/drawingml/2006/main" xmlns:pic="http://schemas.openxmlformats.org/drawingml/2006/picture">
            <wp:extent cx="6400800" cy="3925824"/>
            <wp:docPr id="72" name="Picture 7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TTUSDT_TrendFib_1d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2582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4620578"/>
            <wp:docPr id="73" name="Picture 7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TTUSDT_1d_180_MovingAvg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20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4620578"/>
            <wp:docPr id="74" name="Picture 7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TTUSDT_1d_90_MovingAvg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20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4620578"/>
            <wp:docPr id="75" name="Picture 7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TTUSDT_1d_30_MovingAvg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20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</w:pPr>
      <w:r>
        <w:t>SHIBUSDT</w:t>
      </w:r>
    </w:p>
    <w:p>
      <w:r>
        <w:t>Standard Deviation 0.22769852390117018</w:t>
      </w:r>
    </w:p>
    <w:p>
      <w:r>
        <w:t>Volume 19,204,666,101,656.0</w:t>
      </w:r>
    </w:p>
    <w:p>
      <w:r>
        <w:t>Fibonacci (Price &lt;= Golden Range) True</w:t>
      </w:r>
    </w:p>
    <w:p>
      <w:r>
        <w:drawing>
          <wp:inline xmlns:a="http://schemas.openxmlformats.org/drawingml/2006/main" xmlns:pic="http://schemas.openxmlformats.org/drawingml/2006/picture">
            <wp:extent cx="6400800" cy="3060382"/>
            <wp:docPr id="76" name="Picture 7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HIBUSDT1dSignals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60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3413760"/>
            <wp:docPr id="77" name="Picture 7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HIBUSDT1dTrend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3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3413760"/>
            <wp:docPr id="78" name="Picture 7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HIBUSDT1dFib.p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3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Head and Shoulder SHIBUSDT Lookback=1000(uses hourly data)</w:t>
      </w:r>
    </w:p>
    <w:p>
      <w:r>
        <w:drawing>
          <wp:inline xmlns:a="http://schemas.openxmlformats.org/drawingml/2006/main" xmlns:pic="http://schemas.openxmlformats.org/drawingml/2006/picture">
            <wp:extent cx="6400800" cy="4800600"/>
            <wp:docPr id="79" name="Picture 7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ead_shoulder--1000.p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CANDLE PATTERN DETECTED for SHIBUSDT CDLMARUBOZU with BEARISH signal at date time: 2021-05-31 20:00:00</w:t>
      </w:r>
    </w:p>
    <w:p>
      <w:r>
        <w:t>CANDLE PATTERN DETECTED for SHIBUSDT CDLMATCHINGLOW with BULLISH signal at date time: 2021-05-28 20:00:00</w:t>
      </w:r>
    </w:p>
    <w:p>
      <w:r>
        <w:t>CANDLE PATTERN DETECTED for SHIBUSDT CDLMATCHINGLOW with BULLISH signal at date time: 2021-05-29 20:00:00</w:t>
      </w:r>
    </w:p>
    <w:p>
      <w:r>
        <w:t>CANDLE PATTERN DETECTED for SHIBUSDT CDL3STARSINSOUTH with BULLISH signal at date time: 2021-05-28 20:00:00</w:t>
      </w:r>
    </w:p>
    <w:p>
      <w:r>
        <w:t>CANDLE PATTERN DETECTED for SHIBUSDT CDL3STARSINSOUTH with BULLISH signal at date time: 2021-05-29 20:00:00</w:t>
      </w:r>
    </w:p>
    <w:p>
      <w:r>
        <w:t>CANDLE PATTERN DETECTED for SHIBUSDT CDLSEPARATINGLINES with BULLISH signal at date time: 2021-05-30 20:00:00</w:t>
      </w:r>
    </w:p>
    <w:p>
      <w:r>
        <w:drawing>
          <wp:inline xmlns:a="http://schemas.openxmlformats.org/drawingml/2006/main" xmlns:pic="http://schemas.openxmlformats.org/drawingml/2006/picture">
            <wp:extent cx="6400800" cy="3925824"/>
            <wp:docPr id="80" name="Picture 8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HIBUSDT_TrendFib_1d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2582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4620578"/>
            <wp:docPr id="81" name="Picture 8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HIBUSDT_1d_180_MovingAvg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20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4620578"/>
            <wp:docPr id="82" name="Picture 8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HIBUSDT_1d_90_MovingAvg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20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6400800" cy="4620578"/>
            <wp:docPr id="83" name="Picture 8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HIBUSDT_1d_30_MovingAvg.pn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20578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